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שורשים, גיזרון ושמות יישובים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שורשים ובנייני פועל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מקורות של שמות יישובים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עבודת צוות ופתרון חידות לשוניות כמו במעבדת הבלשים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שורשים ובנייני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קיימים גם שורשים בני שתיים או ארבע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למשל 'הלביש' הוא גרימה ללבוש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מקור שמות יישובים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(קשור למילה באר ולמספר שבע)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(היישוב הציוני המודרני הראשון באזור)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(מסמל פתח של תקווה חדשה לעולים)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(שילוב של תל עתיק ומילה המסמלת חידוש)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הפעילות במעבדה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שם צוות ומסובבים את גלגל הגורל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פותרים את חידות השורשים במכונת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מפענחים את חידות המקום ופותחים את כספת המפה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עוצרים בפינת החוסן לנשימה ובחירת עוגן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הכוללת שורש או מילה אמיתית והסבר קצר וברור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שורש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שגיזרון הוא חקר מקור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עם פרט עובדתי סביר על 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בצוותים של 3-4 כמו במעבדה המקורית, עם שעון עצר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ב'רמז' לפני מתן תשובה סופית בחידות הקשות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בהקראת תובנה אחת מכל צוות כמו בקיר הפרגון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שורשים, גיזרון ושמות יישובים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הנושאים שפוגשים במעבדת הבלשים: שורשים, בנייני הפועל, גיזרון וסודות שמות היישובים בארץ.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דבר  ·  באר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שורשים ובנייני 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השורש של המילה 'התלבשו'?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אותיות יש בדרך כלל בשורש עברי?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מילה בעברית חייבת להיבנות משורש בן שלוש אותיות דווקא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בניין הפעיל מבטא לרוב גרימת 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של המילה 'מדברים'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העיר 'באר שבע' מקבלת חלק משמה מהמילה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מקור שמות 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באר שבע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היישוב הציוני המודרני הראשון באזור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ראשון לציון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קשור למילה באר ולמספר שבע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פתח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שילוב של תל עתיק ומילה המסמלת חידוש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תל אביב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מסמל פתח של תקווה חדשה לעולים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הפעילות במעבדה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מפענחים את חידות המקום ופותחים את כספת המפה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 בפינת החוסן לנשימה ובחירת עוגן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פותרים את חידות השורשים במכונת הזמן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שם צוות ומסובבים את גלגל הגורל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ופתיחה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תובנה קצרה (עד שתי שורות) שתעלו לקיר הפרגון, על שורש או מילה מעניינת שגיליתם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שורש?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גיזרון?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שורשים, גיזרון ושמות יישובים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