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שורשים, גיזרון ושמות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ובנייני פועל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מקורות של שמות יישובים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עבודת צוות ופתרון חידות לשוניות כמו במעבדת הבלשים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שורשים ובנייני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גיזרון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קיימים גם שורשים בני שתיים או ארבע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'הלביש' הוא גרימה ללבוש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גם שמות שניתנו בתקופה המודרנית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בדיוק תפקידו של תחום הגיזרון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גיזרון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מקור שמות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(קשור למילה באר ולמספר שבע)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(היישוב הציוני המודרני הראשון באזור)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(מסמל פתח של תקווה חדשה לעולים)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(שילוב של תל עתיק ומילה המסמלת חידוש)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הפעילות במעבדה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שם צוות ומסובבים את גלגל הגורל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פותרים את חידות השורשים במכונת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מפענחים את חידות המקום ופותחים את כספת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עוצרים בפינת החוסן לנשימה ובחירת עוגן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הכוללת שורש או מילה אמיתית והסבר קצר וברור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הגיוני המתייחס להיסטוריה, לגיאוגרפיה או לשפה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שורש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שגיזרון הוא חקר מקור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פרט עובדתי סביר על 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בצוותים של 3-4 כמו במעבדה המקורית, עם שעון עצר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ב'רמז' לפני מתן תשובה סופית בחידות הקשות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בהקראת תובנה אחת מכל צוות כמו בקיר הפרגון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שורשים, גיזרון ושמות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שורשים של מילים ושמות של מקומות בארץ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גיזרון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המקור של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קבועה שבה בונים 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תעלומה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שצריך לפענח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סגור שפותחים עם קוד או פתרון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קטנה לפתרון 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מגורים כמו עיר או כפר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שורשים ובנייני 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שלוש אותיות חוזרות במילה 'התלבשו'?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המספר הנפוץ ביותר של אותיות בשורש?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בניין מתאר פעולה כלפי עצמי?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לחקר מקור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גיזרון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שלוש אותיות חוזרות בשלוש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בתכ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בעברית חייבת להיבנות משורש בן שלוש אותיות דווקא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הפעיל מבטא לרוב גרימת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כל היישובים בישראל מקורם בתנ״ך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גיזרון עוסק בהיסטוריה של מילים ובמקורן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'מדברים'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בניין שבו הפועל מקבל פעולה מגורם חיצוני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העיר 'באר שבע' מקבלת חלק משמה מהמילה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חוקר שמות מקומות ומקורותיהם עוסק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מקור שמות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באר שבע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היישוב הציוני המודרני הראשון באזור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ראשון לציון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קשור למילה באר ולמספר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פתח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שילוב של תל עתיק ומילה המסמלת חידוש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תל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מסמל פתח של תקווה חדשה לעולים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הפעילות במעבדה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חידות השורשים במכונת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שם צוות ומסובבים את גלגל הגורל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בפינת החוסן לנשימה ובחירת עוגן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מפענחים את חידות המקום ופותחים את כספת המפה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תובנה קצרה (עד שתי שורות) שתעלו לקיר הפרגון, על שורש או מילה מעניינת שגיליתם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יישוב בישראל וכתבו בקצרה מה (לדעתכם או לפי ידיעתכם) מקור שמו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גיזרון?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על מקור השם של יישוב אחד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שורשים, גיזרון ושמות יישובים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