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שורשים, גיזרון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ובנייני פועל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של שמות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עבודת צוות ופתרון חידות לשוניות כמו במעבדת הבלשים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ובנייני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גיזרון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קיימים גם שורשים בני שתיים או ארבע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'הלביש' הוא גרימה ללבוש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שמות שניתנו בתקופה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תפקידו של תחום הגיזרון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גיזרון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מקור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(קשור למילה באר ולמספר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(היישוב הציוני המודרני הראשון באזור)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(מסמל פתח של תקווה חדשה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(שילוב של תל עתיק ומילה המסמלת חידוש)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הפעילות במעבדה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צוות ומסובבים את 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חידות השורשים במכונת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מפענחים את חידות המקום ופותחים את כספת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עוצרים בפינת החוסן לנשימה ובחירת עוגן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שורש או מילה אמיתית והסבר קצר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הגיוני המתייחס להיסטוריה, לגיאוגרפיה או לשפה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שורש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שגיזרון הוא חקר מקור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פרט עובדתי סביר על 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בצוותים של 3-4 כמו במעבדה המקורית, עם שעון עצר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ב'רמז' לפני מתן תשובה סופית בחידות הקשות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בהקראת תובנה אחת מכל צוות כמו בקיר הפרגון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שורשים, גיזרון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הנושאים שפוגשים במעבדת הבלשים: שורשים, בנייני הפועל, גיזרון וסודות שמות היישובים בארץ.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שורשים ובנייני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'התלבשו'?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יש בדרך כלל בשורש 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בניין מבטא לרוב פעולה שעושים לעצמנו?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המתארת את 'סיפור המקור'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גיזרון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השורש המשותף למילים 'כתיבה', 'מכתב' ו'כתובת'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בתכ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בעברית חייבת להיבנות משורש בן שלוש אותיות דווקא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הפעיל מבטא לרוב גרימת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כל היישובים בישראל מקורם בתנ״ך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גיזרון עוסק בהיסטוריה של מילים ובמקורן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'מדברים'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בניין שבו הפועל מקבל פעולה מגורם חיצוני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העיר 'באר שבע' מקבלת חלק משמה מהמילה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חוקר שמות מקומות ומקורותיהם עוסק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מקור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מסמל פתח של תקווה חדשה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ראשון לציון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שילוב של תל עתיק ומילה המסמלת חידוש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היישוב הציוני המודרני הראשון באזור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קשור למילה באר ולמספר שבע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הפעילות במעבדה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חידות השורשים במכונת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בפינת החוסן לנשימה ובחירת עוגן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צוות ומסובבים את גלגל הגורל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מפענחים את חידות המקום ופותחים את כספת המפה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תובנה קצרה (עד שתי שורות) שתעלו לקיר הפרגון, על שורש או מילה מעניינת שגיליתם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יישוב בישראל וכתבו בקצרה מה (לדעתכם או לפי ידיעתכם) מקור שמו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גיזרון?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מקור השם של יישוב אחד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שורשים, גיזרון ושמות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